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40"/>
        </w:rPr>
        <w:t>MAHESH PENTU</w:t>
      </w:r>
    </w:p>
    <w:p>
      <w:pPr>
        <w:spacing w:after="40"/>
        <w:jc w:val="center"/>
      </w:pPr>
      <w:r>
        <w:rPr>
          <w:color w:val="1F3B63"/>
          <w:sz w:val="24"/>
        </w:rPr>
        <w:t>Junior Data Analyst | BI e Reporting | Data Quality</w:t>
      </w:r>
    </w:p>
    <w:p>
      <w:pPr>
        <w:spacing w:after="80"/>
        <w:jc w:val="center"/>
      </w:pPr>
      <w:r>
        <w:rPr>
          <w:color w:val="555555"/>
          <w:sz w:val="19"/>
        </w:rPr>
        <w:t>Caserta, Italia  ·  pentu.mahesh0104@gmail.com  ·  linkedin.com/in/mahesh-pentu-6b48b632b  ·  Patente A+B</w:t>
      </w:r>
    </w:p>
    <w:p>
      <w:pPr>
        <w:spacing w:before="200" w:after="60"/>
      </w:pPr>
      <w:r>
        <w:rPr>
          <w:b/>
          <w:color w:val="1F3B63"/>
          <w:sz w:val="26"/>
        </w:rPr>
        <w:t>PROFILO</w:t>
      </w:r>
    </w:p>
    <w:p>
      <w:r>
        <w:t>Laureato in Data Analysis (80/100, Universita della Campania "Luigi Vanvitelli", 2026) con esperienza concreta nella supervisione di data entry e nel controllo qualita dei dati. Trilingue (italiano, inglese, telugu). Ottimo utilizzo di Excel con attenzione a accuratezza e reporting. Cerco il primo ruolo come Junior Data Analyst, supporto BI o posizione operativa data-driven; disponibile a tirocini e contratti a tempo determinato.</w:t>
      </w:r>
    </w:p>
    <w:p>
      <w:pPr>
        <w:spacing w:before="200" w:after="60"/>
      </w:pPr>
      <w:r>
        <w:rPr>
          <w:b/>
          <w:color w:val="1F3B63"/>
          <w:sz w:val="26"/>
        </w:rPr>
        <w:t>FORMAZIONE</w:t>
      </w:r>
    </w:p>
    <w:p>
      <w:r>
        <w:rPr>
          <w:b/>
        </w:rPr>
        <w:t>Laurea in Data Analysis — Universita della Campania "Luigi Vanvitelli", Caserta</w:t>
      </w:r>
      <w:r>
        <w:t xml:space="preserve">  (luglio 2026 — 80/100)</w:t>
      </w:r>
    </w:p>
    <w:p>
      <w:pPr>
        <w:pStyle w:val="ListBullet"/>
      </w:pPr>
      <w:r>
        <w:t>Corsi: statistica, analisi dei dati, fondamenti di basi di dati relazionali, qualita dei dati e reporting.</w:t>
      </w:r>
    </w:p>
    <w:p>
      <w:pPr>
        <w:spacing w:before="200" w:after="60"/>
      </w:pPr>
      <w:r>
        <w:rPr>
          <w:b/>
          <w:color w:val="1F3B63"/>
          <w:sz w:val="26"/>
        </w:rPr>
        <w:t>ESPERIENZA LAVORATIVA</w:t>
      </w:r>
    </w:p>
    <w:p>
      <w:r>
        <w:rPr>
          <w:b/>
        </w:rPr>
        <w:t>Supervisore Data Entry — RK IT Solutions, Hyderabad</w:t>
      </w:r>
      <w:r>
        <w:t xml:space="preserve">  (2021 – 2022)</w:t>
      </w:r>
    </w:p>
    <w:p>
      <w:pPr>
        <w:pStyle w:val="ListBullet"/>
      </w:pPr>
      <w:r>
        <w:t>Supervisione di un team di data entry; controllo qualita, verifica e pulizia di grandi set di dati; preparazione di report di stato; garanzia di accuratezza e coerenza delle informazioni processate.</w:t>
      </w:r>
    </w:p>
    <w:p>
      <w:pPr>
        <w:spacing w:before="200" w:after="60"/>
      </w:pPr>
      <w:r>
        <w:rPr>
          <w:b/>
          <w:color w:val="1F3B63"/>
          <w:sz w:val="26"/>
        </w:rPr>
        <w:t>COMPETENZE</w:t>
      </w:r>
    </w:p>
    <w:p>
      <w:pPr>
        <w:pStyle w:val="ListBullet"/>
      </w:pPr>
      <w:r>
        <w:t>Microsoft Excel (avanzato: formule, tabelle pivot, filtri), qualita dei dati, data entry e verifica, reporting, MS Office (Word, PowerPoint, Access), supervisione di team, attenzione al dettaglio.</w:t>
      </w:r>
    </w:p>
    <w:p>
      <w:pPr>
        <w:spacing w:before="200" w:after="60"/>
      </w:pPr>
      <w:r>
        <w:rPr>
          <w:b/>
          <w:color w:val="1F3B63"/>
          <w:sz w:val="26"/>
        </w:rPr>
        <w:t>LINGUE</w:t>
      </w:r>
    </w:p>
    <w:p>
      <w:r>
        <w:t>Telugu (madrelingua)  ·  Italiano (professionale)  ·  Inglese (professionale)</w:t>
      </w:r>
    </w:p>
    <w:p>
      <w:pPr>
        <w:spacing w:before="200" w:after="60"/>
      </w:pPr>
      <w:r>
        <w:rPr>
          <w:b/>
          <w:color w:val="1F3B63"/>
          <w:sz w:val="26"/>
        </w:rPr>
        <w:t>INFORMAZIONI AGGIUNTIVE</w:t>
      </w:r>
    </w:p>
    <w:p>
      <w:r>
        <w:t>Residente a Caserta — disponibile a trasferimenti in Italia e in Europa. Permesso di soggiorno per motivi di studio (in conversione a permesso per attesa occupazione). Nazionalita indiana, nato il 01/04/2001.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